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ANMFC Challenge 2026 A4 Project Description</w:t>
      </w:r>
    </w:p>
    <w:p>
      <w:pPr>
        <w:spacing w:after="100"/>
      </w:pPr>
      <w:r>
        <w:rPr>
          <w:rFonts w:ascii="Arial" w:hAnsi="Arial" w:eastAsia="Noto Sans CJK SC"/>
          <w:sz w:val="19"/>
        </w:rPr>
        <w:t>Jointly organised by ANMFC and RMIT CAN Centre</w:t>
      </w:r>
    </w:p>
    <w:p>
      <w:pPr>
        <w:spacing w:after="140"/>
      </w:pPr>
      <w:r>
        <w:rPr>
          <w:rFonts w:ascii="Arial" w:hAnsi="Arial" w:eastAsia="Noto Sans CJK SC"/>
          <w:color w:val="555555"/>
          <w:sz w:val="18"/>
        </w:rPr>
        <w:t>Replace the grey prompts, keep the sections and write briefly. An idea is enough to enter.</w:t>
        <w:br/>
        <w:t>Keep all text and images on one A4 page. Use Chinese or English; PDF is recommended for submission.</w:t>
      </w:r>
    </w:p>
    <w:p>
      <w:pPr>
        <w:keepNext/>
        <w:spacing w:after="80"/>
      </w:pPr>
      <w:r>
        <w:rPr>
          <w:rFonts w:ascii="Arial" w:hAnsi="Arial" w:eastAsia="Noto Sans CJK SC"/>
          <w:b/>
          <w:color w:val="000000"/>
          <w:sz w:val="21"/>
        </w:rPr>
        <w:t xml:space="preserve">Project title  </w:t>
      </w:r>
      <w:sdt>
        <w:sdtPr>
          <w:alias w:val="PROJECT_TITLE"/>
          <w:tag w:val="PROJECT_TITLE"/>
          <w:id w:val="101016"/>
          <w:text w:multiLine="1"/>
        </w:sdtPr>
        <w:sdtContent>
          <w:r>
            <w:rPr>
              <w:rFonts w:ascii="Arial" w:hAnsi="Arial" w:eastAsia="Noto Sans CJK SC"/>
              <w:color w:val="666666"/>
              <w:sz w:val="21"/>
            </w:rPr>
            <w:t>Enter your project name</w:t>
          </w:r>
        </w:sdtContent>
      </w:sdt>
    </w:p>
    <w:p>
      <w:pPr>
        <w:keepNext/>
        <w:spacing w:after="80"/>
      </w:pPr>
      <w:r>
        <w:rPr>
          <w:rFonts w:ascii="Arial" w:hAnsi="Arial" w:eastAsia="Noto Sans CJK SC"/>
          <w:b/>
          <w:color w:val="000000"/>
          <w:sz w:val="21"/>
        </w:rPr>
        <w:t xml:space="preserve">Entrant or team name  </w:t>
      </w:r>
      <w:sdt>
        <w:sdtPr>
          <w:alias w:val="ENTRANT_TEAM"/>
          <w:tag w:val="ENTRANT_TEAM"/>
          <w:id w:val="100930"/>
          <w:text w:multiLine="1"/>
        </w:sdtPr>
        <w:sdtContent>
          <w:r>
            <w:rPr>
              <w:rFonts w:ascii="Arial" w:hAnsi="Arial" w:eastAsia="Noto Sans CJK SC"/>
              <w:color w:val="666666"/>
              <w:sz w:val="21"/>
            </w:rPr>
            <w:t>Enter your name or team name</w:t>
          </w:r>
        </w:sdtContent>
      </w:sdt>
    </w:p>
    <w:p>
      <w:pPr>
        <w:keepNext/>
        <w:spacing w:after="80"/>
      </w:pPr>
      <w:r>
        <w:rPr>
          <w:rFonts w:ascii="Arial" w:hAnsi="Arial" w:eastAsia="Noto Sans CJK SC"/>
          <w:b/>
          <w:color w:val="000000"/>
          <w:sz w:val="21"/>
        </w:rPr>
        <w:t xml:space="preserve">Entrant details  </w:t>
      </w:r>
      <w:sdt>
        <w:sdtPr>
          <w:alias w:val="MEMBERS_AGE_SCHOOL"/>
          <w:tag w:val="MEMBERS_AGE_SCHOOL"/>
          <w:id w:val="101374"/>
          <w:text w:multiLine="1"/>
        </w:sdtPr>
        <w:sdtContent>
          <w:r>
            <w:rPr>
              <w:rFonts w:ascii="Arial" w:hAnsi="Arial" w:eastAsia="Noto Sans CJK SC"/>
              <w:color w:val="666666"/>
              <w:sz w:val="21"/>
            </w:rPr>
            <w:t>Name / age / school for each entrant; separate team members with semicolons</w:t>
          </w:r>
        </w:sdtContent>
      </w:sdt>
    </w:p>
    <w:p>
      <w:pPr>
        <w:keepNext/>
        <w:spacing w:after="80"/>
      </w:pPr>
      <w:r>
        <w:rPr>
          <w:rFonts w:ascii="Arial" w:hAnsi="Arial" w:eastAsia="Noto Sans CJK SC"/>
          <w:b/>
          <w:color w:val="000000"/>
          <w:sz w:val="21"/>
        </w:rPr>
        <w:t xml:space="preserve">Primary theme  </w:t>
      </w:r>
      <w:sdt>
        <w:sdtPr>
          <w:alias w:val="PRIMARY_THEME"/>
          <w:tag w:val="PRIMARY_THEME"/>
          <w:id w:val="101014"/>
          <w:text w:multiLine="1"/>
        </w:sdtPr>
        <w:sdtContent>
          <w:r>
            <w:rPr>
              <w:rFonts w:ascii="Arial" w:hAnsi="Arial" w:eastAsia="Noto Sans CJK SC"/>
              <w:color w:val="666666"/>
              <w:sz w:val="21"/>
            </w:rPr>
            <w:t>Enter one theme number from the list below</w:t>
          </w:r>
        </w:sdtContent>
      </w:sdt>
    </w:p>
    <w:p>
      <w:pPr>
        <w:keepNext/>
        <w:spacing w:after="60"/>
      </w:pPr>
      <w:r>
        <w:rPr>
          <w:rFonts w:ascii="Arial" w:hAnsi="Arial" w:eastAsia="Noto Sans CJK SC"/>
          <w:color w:val="444444"/>
          <w:sz w:val="18"/>
        </w:rPr>
        <w:t>1 AI and Intelligent Robotics    2 Future Materials and Creative Manufacturing</w:t>
        <w:br/>
        <w:t>3 Green Energy and Circular Resources    4 Healthy Living and Assistive Technology</w:t>
      </w:r>
    </w:p>
    <w:p>
      <w:pPr>
        <w:keepNext/>
        <w:spacing w:after="80"/>
      </w:pPr>
      <w:r>
        <w:rPr>
          <w:rFonts w:ascii="Arial" w:hAnsi="Arial" w:eastAsia="Noto Sans CJK SC"/>
          <w:b/>
          <w:color w:val="000000"/>
          <w:sz w:val="21"/>
        </w:rPr>
        <w:t xml:space="preserve">Project stage  </w:t>
      </w:r>
      <w:sdt>
        <w:sdtPr>
          <w:alias w:val="PROJECT_STAGE"/>
          <w:tag w:val="PROJECT_STAGE"/>
          <w:id w:val="101002"/>
          <w:text w:multiLine="1"/>
        </w:sdtPr>
        <w:sdtContent>
          <w:r>
            <w:rPr>
              <w:rFonts w:ascii="Arial" w:hAnsi="Arial" w:eastAsia="Noto Sans CJK SC"/>
              <w:color w:val="666666"/>
              <w:sz w:val="21"/>
            </w:rPr>
            <w:t>Enter idea, design, prototype or finished product</w:t>
          </w:r>
        </w:sdtContent>
      </w:sdt>
    </w:p>
    <w:p>
      <w:pPr>
        <w:spacing w:after="0" w:line="40" w:lineRule="exact"/>
      </w:pPr>
      <w:r>
        <w:rPr>
          <w:rFonts w:ascii="Arial" w:hAnsi="Arial" w:eastAsia="Noto Sans CJK SC"/>
          <w:sz w:val="4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21"/>
        <w:gridCol w:w="7483"/>
      </w:tblGrid>
      <w:tr>
        <w:trPr>
          <w:trHeight w:val="1417" w:hRule="atLeast"/>
          <w:cantSplit/>
        </w:trPr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  <w:shd w:fill="F4F6F8"/>
          </w:tcPr>
          <w:p>
            <w:pPr>
              <w:spacing w:after="80" w:line="260" w:lineRule="exact"/>
            </w:pPr>
            <w:r>
              <w:rPr>
                <w:rFonts w:ascii="Arial" w:hAnsi="Arial" w:eastAsia="Noto Sans CJK SC"/>
                <w:b/>
                <w:color w:val="000000"/>
                <w:sz w:val="21"/>
              </w:rPr>
              <w:t>1 The problem I noticed</w:t>
            </w:r>
          </w:p>
          <w:p>
            <w:pPr>
              <w:spacing w:after="0" w:line="240" w:lineRule="exact"/>
            </w:pPr>
            <w:r>
              <w:rPr>
                <w:rFonts w:ascii="Arial" w:hAnsi="Arial" w:eastAsia="Noto Sans CJK SC"/>
                <w:color w:val="555555"/>
                <w:sz w:val="18"/>
              </w:rPr>
              <w:t>Who needs help, and what difficulty do they face? Where did you notice it?</w:t>
            </w:r>
          </w:p>
        </w:tc>
        <w:tc>
          <w:tcPr>
            <w:tcW w:type="dxa" w:w="74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  <w:shd w:fill="FFFFFF"/>
          </w:tcPr>
          <w:p>
            <w:pPr>
              <w:spacing w:after="0" w:line="280" w:lineRule="exact"/>
            </w:pPr>
            <w:sdt>
              <w:sdtPr>
                <w:alias w:val="ANSWER_1"/>
                <w:tag w:val="ANSWER_1"/>
                <w:id w:val="100608"/>
                <w:text w:multiLine="1"/>
              </w:sdtPr>
              <w:sdtContent>
                <w:r>
                  <w:rPr>
                    <w:rFonts w:ascii="Arial" w:hAnsi="Arial" w:eastAsia="Noto Sans CJK SC"/>
                    <w:color w:val="666666"/>
                    <w:sz w:val="21"/>
                  </w:rPr>
                  <w:t>Describe the problem and the people it affects.</w:t>
                </w:r>
              </w:sdtContent>
            </w:sdt>
          </w:p>
        </w:tc>
      </w:tr>
      <w:tr>
        <w:trPr>
          <w:trHeight w:val="1871" w:hRule="atLeast"/>
          <w:cantSplit/>
        </w:trPr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  <w:shd w:fill="F4F6F8"/>
          </w:tcPr>
          <w:p>
            <w:pPr>
              <w:spacing w:after="80" w:line="260" w:lineRule="exact"/>
            </w:pPr>
            <w:r>
              <w:rPr>
                <w:rFonts w:ascii="Arial" w:hAnsi="Arial" w:eastAsia="Noto Sans CJK SC"/>
                <w:b/>
                <w:color w:val="000000"/>
                <w:sz w:val="21"/>
              </w:rPr>
              <w:t>2 My idea and how it works</w:t>
            </w:r>
          </w:p>
          <w:p>
            <w:pPr>
              <w:spacing w:after="0" w:line="240" w:lineRule="exact"/>
            </w:pPr>
            <w:r>
              <w:rPr>
                <w:rFonts w:ascii="Arial" w:hAnsi="Arial" w:eastAsia="Noto Sans CJK SC"/>
                <w:color w:val="555555"/>
                <w:sz w:val="18"/>
              </w:rPr>
              <w:t>What is your solution? How do its materials, structure or technology help? What is special about it?</w:t>
            </w:r>
          </w:p>
        </w:tc>
        <w:tc>
          <w:tcPr>
            <w:tcW w:type="dxa" w:w="74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  <w:shd w:fill="FFFFFF"/>
          </w:tcPr>
          <w:p>
            <w:pPr>
              <w:spacing w:after="0" w:line="280" w:lineRule="exact"/>
            </w:pPr>
            <w:sdt>
              <w:sdtPr>
                <w:alias w:val="ANSWER_2"/>
                <w:tag w:val="ANSWER_2"/>
                <w:id w:val="100609"/>
                <w:text w:multiLine="1"/>
              </w:sdtPr>
              <w:sdtContent>
                <w:r>
                  <w:rPr>
                    <w:rFonts w:ascii="Arial" w:hAnsi="Arial" w:eastAsia="Noto Sans CJK SC"/>
                    <w:color w:val="666666"/>
                    <w:sz w:val="21"/>
                  </w:rPr>
                  <w:t>Explain how your idea works in your own words.</w:t>
                </w:r>
              </w:sdtContent>
            </w:sdt>
          </w:p>
        </w:tc>
      </w:tr>
      <w:tr>
        <w:trPr>
          <w:trHeight w:val="1077" w:hRule="atLeast"/>
          <w:cantSplit/>
        </w:trPr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  <w:shd w:fill="F4F6F8"/>
          </w:tcPr>
          <w:p>
            <w:pPr>
              <w:spacing w:after="80" w:line="260" w:lineRule="exact"/>
            </w:pPr>
            <w:r>
              <w:rPr>
                <w:rFonts w:ascii="Arial" w:hAnsi="Arial" w:eastAsia="Noto Sans CJK SC"/>
                <w:b/>
                <w:color w:val="000000"/>
                <w:sz w:val="21"/>
              </w:rPr>
              <w:t>3 Why my project fits this theme</w:t>
            </w:r>
          </w:p>
        </w:tc>
        <w:tc>
          <w:tcPr>
            <w:tcW w:type="dxa" w:w="74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  <w:shd w:fill="FFFFFF"/>
          </w:tcPr>
          <w:p>
            <w:pPr>
              <w:spacing w:after="0" w:line="280" w:lineRule="exact"/>
            </w:pPr>
            <w:sdt>
              <w:sdtPr>
                <w:alias w:val="ANSWER_3"/>
                <w:tag w:val="ANSWER_3"/>
                <w:id w:val="100610"/>
                <w:text w:multiLine="1"/>
              </w:sdtPr>
              <w:sdtContent>
                <w:r>
                  <w:rPr>
                    <w:rFonts w:ascii="Arial" w:hAnsi="Arial" w:eastAsia="Noto Sans CJK SC"/>
                    <w:color w:val="666666"/>
                    <w:sz w:val="21"/>
                  </w:rPr>
                  <w:t>My project fits this theme because…</w:t>
                </w:r>
              </w:sdtContent>
            </w:sdt>
          </w:p>
        </w:tc>
      </w:tr>
      <w:tr>
        <w:trPr>
          <w:trHeight w:val="2154" w:hRule="atLeast"/>
          <w:cantSplit/>
        </w:trPr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  <w:shd w:fill="F4F6F8"/>
          </w:tcPr>
          <w:p>
            <w:pPr>
              <w:spacing w:after="80" w:line="260" w:lineRule="exact"/>
            </w:pPr>
            <w:r>
              <w:rPr>
                <w:rFonts w:ascii="Arial" w:hAnsi="Arial" w:eastAsia="Noto Sans CJK SC"/>
                <w:b/>
                <w:color w:val="000000"/>
                <w:sz w:val="21"/>
              </w:rPr>
              <w:t>4 Sketch photo or diagram</w:t>
            </w:r>
          </w:p>
          <w:p>
            <w:pPr>
              <w:spacing w:after="0" w:line="240" w:lineRule="exact"/>
            </w:pPr>
            <w:r>
              <w:rPr>
                <w:rFonts w:ascii="Arial" w:hAnsi="Arial" w:eastAsia="Noto Sans CJK SC"/>
                <w:color w:val="555555"/>
                <w:sz w:val="18"/>
              </w:rPr>
              <w:t>Optional. Add one image and label its main parts, or leave this area blank.</w:t>
            </w:r>
          </w:p>
        </w:tc>
        <w:tc>
          <w:tcPr>
            <w:tcW w:type="dxa" w:w="74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  <w:shd w:fill="FFFFFF"/>
          </w:tcPr>
          <w:p>
            <w:pPr>
              <w:spacing w:after="0" w:line="280" w:lineRule="exact"/>
            </w:pPr>
            <w:sdt>
              <w:sdtPr>
                <w:alias w:val="ANSWER_4"/>
                <w:tag w:val="ANSWER_4"/>
                <w:id w:val="100611"/>
              </w:sdtPr>
              <w:sdtContent>
                <w:r>
                  <w:rPr>
                    <w:rFonts w:ascii="Arial" w:hAnsi="Arial" w:eastAsia="Noto Sans CJK SC"/>
                    <w:color w:val="666666"/>
                    <w:sz w:val="21"/>
                  </w:rPr>
                  <w:t>Insert or draw an image and add labels. Suggested image height: up to 3 cm.</w:t>
                </w:r>
              </w:sdtContent>
            </w:sdt>
          </w:p>
        </w:tc>
      </w:tr>
      <w:tr>
        <w:trPr>
          <w:trHeight w:val="1757" w:hRule="atLeast"/>
          <w:cantSplit/>
        </w:trPr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  <w:shd w:fill="F4F6F8"/>
          </w:tcPr>
          <w:p>
            <w:pPr>
              <w:spacing w:after="80" w:line="260" w:lineRule="exact"/>
            </w:pPr>
            <w:r>
              <w:rPr>
                <w:rFonts w:ascii="Arial" w:hAnsi="Arial" w:eastAsia="Noto Sans CJK SC"/>
                <w:b/>
                <w:color w:val="000000"/>
                <w:sz w:val="21"/>
              </w:rPr>
              <w:t>5 My progress and next steps</w:t>
            </w:r>
          </w:p>
          <w:p>
            <w:pPr>
              <w:spacing w:after="0" w:line="240" w:lineRule="exact"/>
            </w:pPr>
            <w:r>
              <w:rPr>
                <w:rFonts w:ascii="Arial" w:hAnsi="Arial" w:eastAsia="Noto Sans CJK SC"/>
                <w:color w:val="555555"/>
                <w:sz w:val="18"/>
              </w:rPr>
              <w:t>What have you done or tested? What will you test or improve next? Label untested benefits as ideas.</w:t>
            </w:r>
          </w:p>
        </w:tc>
        <w:tc>
          <w:tcPr>
            <w:tcW w:type="dxa" w:w="74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  <w:shd w:fill="FFFFFF"/>
          </w:tcPr>
          <w:p>
            <w:pPr>
              <w:spacing w:after="0" w:line="280" w:lineRule="exact"/>
            </w:pPr>
            <w:sdt>
              <w:sdtPr>
                <w:alias w:val="ANSWER_5"/>
                <w:tag w:val="ANSWER_5"/>
                <w:id w:val="100612"/>
                <w:text w:multiLine="1"/>
              </w:sdtPr>
              <w:sdtContent>
                <w:r>
                  <w:rPr>
                    <w:rFonts w:ascii="Arial" w:hAnsi="Arial" w:eastAsia="Noto Sans CJK SC"/>
                    <w:color w:val="666666"/>
                    <w:sz w:val="21"/>
                  </w:rPr>
                  <w:t>Describe your progress and your next test or improvement.</w:t>
                </w:r>
              </w:sdtContent>
            </w:sdt>
          </w:p>
        </w:tc>
      </w:tr>
      <w:tr>
        <w:trPr>
          <w:trHeight w:val="1701" w:hRule="atLeast"/>
          <w:cantSplit/>
        </w:trPr>
        <w:tc>
          <w:tcPr>
            <w:tcW w:type="dxa" w:w="272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  <w:shd w:fill="F4F6F8"/>
          </w:tcPr>
          <w:p>
            <w:pPr>
              <w:spacing w:after="80" w:line="260" w:lineRule="exact"/>
            </w:pPr>
            <w:r>
              <w:rPr>
                <w:rFonts w:ascii="Arial" w:hAnsi="Arial" w:eastAsia="Noto Sans CJK SC"/>
                <w:b/>
                <w:color w:val="000000"/>
                <w:sz w:val="21"/>
              </w:rPr>
              <w:t>6 My contribution and help received</w:t>
            </w:r>
          </w:p>
          <w:p>
            <w:pPr>
              <w:spacing w:after="0" w:line="240" w:lineRule="exact"/>
            </w:pPr>
            <w:r>
              <w:rPr>
                <w:rFonts w:ascii="Arial" w:hAnsi="Arial" w:eastAsia="Noto Sans CJK SC"/>
                <w:color w:val="555555"/>
                <w:sz w:val="18"/>
              </w:rPr>
              <w:t>What did you or each member do? Credit help from adults, sources or AI. Write “None” if no help was used.</w:t>
            </w:r>
          </w:p>
        </w:tc>
        <w:tc>
          <w:tcPr>
            <w:tcW w:type="dxa" w:w="74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  <w:shd w:fill="FFFFFF"/>
          </w:tcPr>
          <w:p>
            <w:pPr>
              <w:spacing w:after="0" w:line="280" w:lineRule="exact"/>
            </w:pPr>
            <w:sdt>
              <w:sdtPr>
                <w:alias w:val="ANSWER_6"/>
                <w:tag w:val="ANSWER_6"/>
                <w:id w:val="100613"/>
                <w:text w:multiLine="1"/>
              </w:sdtPr>
              <w:sdtContent>
                <w:r>
                  <w:rPr>
                    <w:rFonts w:ascii="Arial" w:hAnsi="Arial" w:eastAsia="Noto Sans CJK SC"/>
                    <w:color w:val="666666"/>
                    <w:sz w:val="21"/>
                  </w:rPr>
                  <w:t>Explain your own work and acknowledge any help or sources.</w:t>
                </w:r>
              </w:sdtContent>
            </w:sdt>
          </w:p>
        </w:tc>
      </w:tr>
    </w:tbl>
    <w:sectPr w:rsidR="00FC693F" w:rsidRPr="0006063C" w:rsidSect="00034616">
      <w:footerReference w:type="default" r:id="rId9"/>
      <w:pgSz w:w="11906" w:h="16838"/>
      <w:pgMar w:top="680" w:right="850" w:bottom="680" w:left="850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Arial" w:hAnsi="Arial" w:eastAsia="Noto Sans CJK SC"/>
        <w:color w:val="555555"/>
        <w:sz w:val="17"/>
      </w:rPr>
      <w:t>Before submitting  Complete details  One primary theme  One A4 page  Help acknowledged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60" w:line="280" w:lineRule="exact"/>
    </w:pPr>
    <w:rPr>
      <w:rFonts w:ascii="Arial" w:hAnsi="Arial" w:eastAsia="Noto Sans CJK SC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Noto Sans CJK SC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40" w:line="280" w:lineRule="exact"/>
      <w:outlineLvl w:val="1"/>
    </w:pPr>
    <w:rPr>
      <w:rFonts w:asciiTheme="majorHAnsi" w:eastAsiaTheme="majorEastAsia" w:hAnsiTheme="majorHAnsi" w:cstheme="majorBidi" w:ascii="Arial" w:hAnsi="Arial" w:eastAsia="Noto Sans CJK SC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420" w:lineRule="exact"/>
      <w:contextualSpacing/>
    </w:pPr>
    <w:rPr>
      <w:rFonts w:asciiTheme="majorHAnsi" w:eastAsiaTheme="majorEastAsia" w:hAnsiTheme="majorHAnsi" w:cstheme="majorBidi" w:ascii="Arial" w:hAnsi="Arial" w:eastAsia="Noto Sans CJK SC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 w:eastAsia="Noto Sans CJK SC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ANMFC Challenge 2026 A4 Project Description</dc:title>
  <dc:subject>One A4 page project description template</dc:subject>
  <dc:creator>ANMFC</dc:creator>
  <cp:keywords>ANMFC, ICNASA2026, A4, project description, template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